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12" w:type="dxa"/>
        <w:jc w:val="center"/>
        <w:tblLayout w:type="fixed"/>
        <w:tblLook w:val="04A0" w:firstRow="1" w:lastRow="0" w:firstColumn="1" w:lastColumn="0" w:noHBand="0" w:noVBand="1"/>
      </w:tblPr>
      <w:tblGrid>
        <w:gridCol w:w="257"/>
        <w:gridCol w:w="10255"/>
      </w:tblGrid>
      <w:tr w:rsidR="00CA293F" w14:paraId="7564FAA8" w14:textId="77777777" w:rsidTr="0081717A">
        <w:trPr>
          <w:jc w:val="center"/>
        </w:trPr>
        <w:tc>
          <w:tcPr>
            <w:tcW w:w="257" w:type="dxa"/>
            <w:tcBorders>
              <w:top w:val="single" w:sz="10" w:space="0" w:color="1F4E78"/>
              <w:left w:val="single" w:sz="10" w:space="0" w:color="1F4E78"/>
              <w:bottom w:val="single" w:sz="10" w:space="0" w:color="1F4E78"/>
              <w:right w:val="single" w:sz="10" w:space="0" w:color="1F4E78"/>
            </w:tcBorders>
            <w:shd w:val="clear" w:color="auto" w:fill="D9EAF7"/>
          </w:tcPr>
          <w:p w14:paraId="71E4933E" w14:textId="09646DE6" w:rsidR="00CA293F" w:rsidRDefault="00CA293F" w:rsidP="0081717A">
            <w:pPr>
              <w:spacing w:after="0" w:line="240" w:lineRule="auto"/>
            </w:pPr>
          </w:p>
        </w:tc>
        <w:tc>
          <w:tcPr>
            <w:tcW w:w="10255" w:type="dxa"/>
            <w:tcBorders>
              <w:top w:val="single" w:sz="10" w:space="0" w:color="1F4E78"/>
              <w:left w:val="single" w:sz="10" w:space="0" w:color="1F4E78"/>
              <w:bottom w:val="single" w:sz="10" w:space="0" w:color="1F4E78"/>
              <w:right w:val="single" w:sz="10" w:space="0" w:color="1F4E78"/>
            </w:tcBorders>
            <w:shd w:val="clear" w:color="auto" w:fill="1F4E78"/>
          </w:tcPr>
          <w:p w14:paraId="68F1B120" w14:textId="77777777" w:rsidR="00CA293F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32"/>
              </w:rPr>
              <w:t>PLUMBERS AND PIPEFITTERS</w:t>
            </w:r>
            <w:r>
              <w:rPr>
                <w:b/>
                <w:color w:val="FFFFFF"/>
                <w:sz w:val="32"/>
              </w:rPr>
              <w:br/>
              <w:t>LOCAL UNION #41</w:t>
            </w:r>
          </w:p>
          <w:p w14:paraId="1B24FF5B" w14:textId="77777777" w:rsidR="00CA293F" w:rsidRDefault="00000000">
            <w:pPr>
              <w:spacing w:after="0" w:line="240" w:lineRule="auto"/>
              <w:jc w:val="center"/>
            </w:pPr>
            <w:r>
              <w:rPr>
                <w:b/>
                <w:color w:val="DDEBF7"/>
                <w:sz w:val="24"/>
              </w:rPr>
              <w:t>TERMINATION SLIP</w:t>
            </w:r>
          </w:p>
        </w:tc>
      </w:tr>
    </w:tbl>
    <w:p w14:paraId="3DF0EC80" w14:textId="77777777" w:rsidR="00CA293F" w:rsidRDefault="00CA293F">
      <w:pPr>
        <w:spacing w:after="80" w:line="240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00"/>
        <w:gridCol w:w="5400"/>
      </w:tblGrid>
      <w:tr w:rsidR="00CA293F" w:rsidRPr="00426376" w14:paraId="377D2EF9" w14:textId="77777777">
        <w:trPr>
          <w:jc w:val="center"/>
        </w:trPr>
        <w:tc>
          <w:tcPr>
            <w:tcW w:w="5400" w:type="dxa"/>
            <w:tcBorders>
              <w:top w:val="single" w:sz="8" w:space="0" w:color="7A8A99"/>
              <w:left w:val="single" w:sz="8" w:space="0" w:color="7A8A99"/>
              <w:bottom w:val="single" w:sz="8" w:space="0" w:color="7A8A99"/>
              <w:right w:val="single" w:sz="8" w:space="0" w:color="7A8A99"/>
            </w:tcBorders>
            <w:vAlign w:val="center"/>
          </w:tcPr>
          <w:p w14:paraId="5EADD2E0" w14:textId="77777777" w:rsidR="00CA293F" w:rsidRPr="00426376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426376">
              <w:rPr>
                <w:b/>
                <w:color w:val="2D3E50"/>
                <w:sz w:val="28"/>
                <w:szCs w:val="28"/>
              </w:rPr>
              <w:t>Member Name: ________________________________</w:t>
            </w:r>
          </w:p>
        </w:tc>
        <w:tc>
          <w:tcPr>
            <w:tcW w:w="5400" w:type="dxa"/>
            <w:tcBorders>
              <w:top w:val="single" w:sz="8" w:space="0" w:color="7A8A99"/>
              <w:left w:val="single" w:sz="8" w:space="0" w:color="7A8A99"/>
              <w:bottom w:val="single" w:sz="8" w:space="0" w:color="7A8A99"/>
              <w:right w:val="single" w:sz="8" w:space="0" w:color="7A8A99"/>
            </w:tcBorders>
            <w:vAlign w:val="center"/>
          </w:tcPr>
          <w:p w14:paraId="4D7FB630" w14:textId="77777777" w:rsidR="00CA293F" w:rsidRPr="00426376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426376">
              <w:rPr>
                <w:b/>
                <w:color w:val="2D3E50"/>
                <w:sz w:val="28"/>
                <w:szCs w:val="28"/>
              </w:rPr>
              <w:t>Card No.: ______________________</w:t>
            </w:r>
          </w:p>
        </w:tc>
      </w:tr>
      <w:tr w:rsidR="00CA293F" w:rsidRPr="00426376" w14:paraId="080B5167" w14:textId="77777777">
        <w:trPr>
          <w:jc w:val="center"/>
        </w:trPr>
        <w:tc>
          <w:tcPr>
            <w:tcW w:w="5400" w:type="dxa"/>
            <w:tcBorders>
              <w:top w:val="single" w:sz="8" w:space="0" w:color="7A8A99"/>
              <w:left w:val="single" w:sz="8" w:space="0" w:color="7A8A99"/>
              <w:bottom w:val="single" w:sz="8" w:space="0" w:color="7A8A99"/>
              <w:right w:val="single" w:sz="8" w:space="0" w:color="7A8A99"/>
            </w:tcBorders>
            <w:vAlign w:val="center"/>
          </w:tcPr>
          <w:p w14:paraId="587FD0A3" w14:textId="77777777" w:rsidR="00CA293F" w:rsidRPr="00426376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426376">
              <w:rPr>
                <w:b/>
                <w:color w:val="2D3E50"/>
                <w:sz w:val="28"/>
                <w:szCs w:val="28"/>
              </w:rPr>
              <w:t>Employer / Contractor: ________________________</w:t>
            </w:r>
          </w:p>
        </w:tc>
        <w:tc>
          <w:tcPr>
            <w:tcW w:w="5400" w:type="dxa"/>
            <w:tcBorders>
              <w:top w:val="single" w:sz="8" w:space="0" w:color="7A8A99"/>
              <w:left w:val="single" w:sz="8" w:space="0" w:color="7A8A99"/>
              <w:bottom w:val="single" w:sz="8" w:space="0" w:color="7A8A99"/>
              <w:right w:val="single" w:sz="8" w:space="0" w:color="7A8A99"/>
            </w:tcBorders>
            <w:vAlign w:val="center"/>
          </w:tcPr>
          <w:p w14:paraId="3A73D050" w14:textId="77777777" w:rsidR="00CA293F" w:rsidRPr="00426376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426376">
              <w:rPr>
                <w:b/>
                <w:color w:val="2D3E50"/>
                <w:sz w:val="28"/>
                <w:szCs w:val="28"/>
              </w:rPr>
              <w:t>Termination Date: _______________</w:t>
            </w:r>
          </w:p>
        </w:tc>
      </w:tr>
      <w:tr w:rsidR="00CA293F" w:rsidRPr="00426376" w14:paraId="58A1CBEB" w14:textId="77777777">
        <w:trPr>
          <w:jc w:val="center"/>
        </w:trPr>
        <w:tc>
          <w:tcPr>
            <w:tcW w:w="5400" w:type="dxa"/>
            <w:tcBorders>
              <w:top w:val="single" w:sz="8" w:space="0" w:color="7A8A99"/>
              <w:left w:val="single" w:sz="8" w:space="0" w:color="7A8A99"/>
              <w:bottom w:val="single" w:sz="8" w:space="0" w:color="7A8A99"/>
              <w:right w:val="single" w:sz="8" w:space="0" w:color="7A8A99"/>
            </w:tcBorders>
            <w:vAlign w:val="center"/>
          </w:tcPr>
          <w:p w14:paraId="353E82B5" w14:textId="77777777" w:rsidR="00CA293F" w:rsidRPr="00426376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426376">
              <w:rPr>
                <w:b/>
                <w:color w:val="2D3E50"/>
                <w:sz w:val="28"/>
                <w:szCs w:val="28"/>
              </w:rPr>
              <w:t>Job Name / Location: __________________________</w:t>
            </w:r>
          </w:p>
        </w:tc>
        <w:tc>
          <w:tcPr>
            <w:tcW w:w="5400" w:type="dxa"/>
            <w:tcBorders>
              <w:top w:val="single" w:sz="8" w:space="0" w:color="7A8A99"/>
              <w:left w:val="single" w:sz="8" w:space="0" w:color="7A8A99"/>
              <w:bottom w:val="single" w:sz="8" w:space="0" w:color="7A8A99"/>
              <w:right w:val="single" w:sz="8" w:space="0" w:color="7A8A99"/>
            </w:tcBorders>
            <w:vAlign w:val="center"/>
          </w:tcPr>
          <w:p w14:paraId="3A292CA0" w14:textId="77777777" w:rsidR="00CA293F" w:rsidRPr="00426376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426376">
              <w:rPr>
                <w:b/>
                <w:color w:val="2D3E50"/>
                <w:sz w:val="28"/>
                <w:szCs w:val="28"/>
              </w:rPr>
              <w:t>Last Day Worked: ________________</w:t>
            </w:r>
          </w:p>
        </w:tc>
      </w:tr>
      <w:tr w:rsidR="00CA293F" w:rsidRPr="00426376" w14:paraId="464B587A" w14:textId="77777777">
        <w:trPr>
          <w:jc w:val="center"/>
        </w:trPr>
        <w:tc>
          <w:tcPr>
            <w:tcW w:w="5400" w:type="dxa"/>
            <w:tcBorders>
              <w:top w:val="single" w:sz="8" w:space="0" w:color="7A8A99"/>
              <w:left w:val="single" w:sz="8" w:space="0" w:color="7A8A99"/>
              <w:bottom w:val="single" w:sz="8" w:space="0" w:color="7A8A99"/>
              <w:right w:val="single" w:sz="8" w:space="0" w:color="7A8A99"/>
            </w:tcBorders>
            <w:vAlign w:val="center"/>
          </w:tcPr>
          <w:p w14:paraId="5218CF63" w14:textId="77777777" w:rsidR="00CA293F" w:rsidRPr="00426376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426376">
              <w:rPr>
                <w:b/>
                <w:color w:val="2D3E50"/>
                <w:sz w:val="28"/>
                <w:szCs w:val="28"/>
              </w:rPr>
              <w:t>Classification: _______________________________</w:t>
            </w:r>
          </w:p>
        </w:tc>
        <w:tc>
          <w:tcPr>
            <w:tcW w:w="5400" w:type="dxa"/>
            <w:tcBorders>
              <w:top w:val="single" w:sz="8" w:space="0" w:color="7A8A99"/>
              <w:left w:val="single" w:sz="8" w:space="0" w:color="7A8A99"/>
              <w:bottom w:val="single" w:sz="8" w:space="0" w:color="7A8A99"/>
              <w:right w:val="single" w:sz="8" w:space="0" w:color="7A8A99"/>
            </w:tcBorders>
            <w:vAlign w:val="center"/>
          </w:tcPr>
          <w:p w14:paraId="1CD8DAB7" w14:textId="77777777" w:rsidR="00CA293F" w:rsidRPr="00426376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426376">
              <w:rPr>
                <w:b/>
                <w:color w:val="2D3E50"/>
                <w:sz w:val="28"/>
                <w:szCs w:val="28"/>
              </w:rPr>
              <w:t>Foreman / Supervisor: ____________</w:t>
            </w:r>
          </w:p>
        </w:tc>
      </w:tr>
    </w:tbl>
    <w:p w14:paraId="47F946D6" w14:textId="77777777" w:rsidR="0081717A" w:rsidRDefault="0081717A">
      <w:pPr>
        <w:spacing w:before="120" w:after="60" w:line="240" w:lineRule="auto"/>
        <w:rPr>
          <w:b/>
          <w:color w:val="1F4E78"/>
          <w:sz w:val="28"/>
          <w:szCs w:val="28"/>
        </w:rPr>
      </w:pPr>
    </w:p>
    <w:p w14:paraId="538E0A6C" w14:textId="54D3448A" w:rsidR="00CA293F" w:rsidRPr="00426376" w:rsidRDefault="00000000">
      <w:pPr>
        <w:spacing w:before="120" w:after="60" w:line="240" w:lineRule="auto"/>
        <w:rPr>
          <w:sz w:val="28"/>
          <w:szCs w:val="28"/>
        </w:rPr>
      </w:pPr>
      <w:r w:rsidRPr="00426376">
        <w:rPr>
          <w:b/>
          <w:color w:val="1F4E78"/>
          <w:sz w:val="28"/>
          <w:szCs w:val="28"/>
        </w:rPr>
        <w:t>Reason for Termination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CA293F" w:rsidRPr="00426376" w14:paraId="458D7DAE" w14:textId="77777777">
        <w:trPr>
          <w:jc w:val="center"/>
        </w:trPr>
        <w:tc>
          <w:tcPr>
            <w:tcW w:w="3600" w:type="dxa"/>
            <w:tcBorders>
              <w:top w:val="single" w:sz="8" w:space="0" w:color="7A8A99"/>
              <w:left w:val="single" w:sz="8" w:space="0" w:color="7A8A99"/>
              <w:bottom w:val="single" w:sz="8" w:space="0" w:color="7A8A99"/>
              <w:right w:val="single" w:sz="8" w:space="0" w:color="7A8A99"/>
            </w:tcBorders>
            <w:vAlign w:val="center"/>
          </w:tcPr>
          <w:p w14:paraId="0B32C3BA" w14:textId="77777777" w:rsidR="00CA293F" w:rsidRPr="00426376" w:rsidRDefault="00000000">
            <w:pPr>
              <w:spacing w:before="40" w:after="40" w:line="240" w:lineRule="auto"/>
              <w:rPr>
                <w:sz w:val="28"/>
                <w:szCs w:val="28"/>
              </w:rPr>
            </w:pPr>
            <w:r w:rsidRPr="00426376">
              <w:rPr>
                <w:sz w:val="28"/>
                <w:szCs w:val="28"/>
              </w:rPr>
              <w:t>☐ Reduction in Force / Lack of Work</w:t>
            </w:r>
          </w:p>
        </w:tc>
        <w:tc>
          <w:tcPr>
            <w:tcW w:w="3600" w:type="dxa"/>
            <w:tcBorders>
              <w:top w:val="single" w:sz="8" w:space="0" w:color="7A8A99"/>
              <w:left w:val="single" w:sz="8" w:space="0" w:color="7A8A99"/>
              <w:bottom w:val="single" w:sz="8" w:space="0" w:color="7A8A99"/>
              <w:right w:val="single" w:sz="8" w:space="0" w:color="7A8A99"/>
            </w:tcBorders>
            <w:vAlign w:val="center"/>
          </w:tcPr>
          <w:p w14:paraId="358B7F07" w14:textId="77777777" w:rsidR="00CA293F" w:rsidRPr="00426376" w:rsidRDefault="00000000">
            <w:pPr>
              <w:spacing w:before="40" w:after="40" w:line="240" w:lineRule="auto"/>
              <w:rPr>
                <w:sz w:val="28"/>
                <w:szCs w:val="28"/>
              </w:rPr>
            </w:pPr>
            <w:r w:rsidRPr="00426376">
              <w:rPr>
                <w:sz w:val="28"/>
                <w:szCs w:val="28"/>
              </w:rPr>
              <w:t>☐ Job Completed</w:t>
            </w:r>
          </w:p>
        </w:tc>
        <w:tc>
          <w:tcPr>
            <w:tcW w:w="3600" w:type="dxa"/>
            <w:tcBorders>
              <w:top w:val="single" w:sz="8" w:space="0" w:color="7A8A99"/>
              <w:left w:val="single" w:sz="8" w:space="0" w:color="7A8A99"/>
              <w:bottom w:val="single" w:sz="8" w:space="0" w:color="7A8A99"/>
              <w:right w:val="single" w:sz="8" w:space="0" w:color="7A8A99"/>
            </w:tcBorders>
            <w:vAlign w:val="center"/>
          </w:tcPr>
          <w:p w14:paraId="4394FBD2" w14:textId="77777777" w:rsidR="00CA293F" w:rsidRPr="00426376" w:rsidRDefault="00000000">
            <w:pPr>
              <w:spacing w:before="40" w:after="40" w:line="240" w:lineRule="auto"/>
              <w:rPr>
                <w:sz w:val="28"/>
                <w:szCs w:val="28"/>
              </w:rPr>
            </w:pPr>
            <w:r w:rsidRPr="00426376">
              <w:rPr>
                <w:sz w:val="28"/>
                <w:szCs w:val="28"/>
              </w:rPr>
              <w:t>☐ Discharge</w:t>
            </w:r>
          </w:p>
        </w:tc>
      </w:tr>
      <w:tr w:rsidR="00CA293F" w:rsidRPr="00426376" w14:paraId="73884EAA" w14:textId="77777777">
        <w:trPr>
          <w:jc w:val="center"/>
        </w:trPr>
        <w:tc>
          <w:tcPr>
            <w:tcW w:w="3600" w:type="dxa"/>
            <w:tcBorders>
              <w:top w:val="single" w:sz="8" w:space="0" w:color="7A8A99"/>
              <w:left w:val="single" w:sz="8" w:space="0" w:color="7A8A99"/>
              <w:bottom w:val="single" w:sz="8" w:space="0" w:color="7A8A99"/>
              <w:right w:val="single" w:sz="8" w:space="0" w:color="7A8A99"/>
            </w:tcBorders>
            <w:vAlign w:val="center"/>
          </w:tcPr>
          <w:p w14:paraId="601B669C" w14:textId="77777777" w:rsidR="00CA293F" w:rsidRPr="00426376" w:rsidRDefault="00000000">
            <w:pPr>
              <w:spacing w:before="40" w:after="40" w:line="240" w:lineRule="auto"/>
              <w:rPr>
                <w:sz w:val="28"/>
                <w:szCs w:val="28"/>
              </w:rPr>
            </w:pPr>
            <w:r w:rsidRPr="00426376">
              <w:rPr>
                <w:sz w:val="28"/>
                <w:szCs w:val="28"/>
              </w:rPr>
              <w:t>☐ Quit / Voluntary</w:t>
            </w:r>
          </w:p>
        </w:tc>
        <w:tc>
          <w:tcPr>
            <w:tcW w:w="3600" w:type="dxa"/>
            <w:tcBorders>
              <w:top w:val="single" w:sz="8" w:space="0" w:color="7A8A99"/>
              <w:left w:val="single" w:sz="8" w:space="0" w:color="7A8A99"/>
              <w:bottom w:val="single" w:sz="8" w:space="0" w:color="7A8A99"/>
              <w:right w:val="single" w:sz="8" w:space="0" w:color="7A8A99"/>
            </w:tcBorders>
            <w:vAlign w:val="center"/>
          </w:tcPr>
          <w:p w14:paraId="163C45D1" w14:textId="77777777" w:rsidR="00CA293F" w:rsidRPr="00426376" w:rsidRDefault="00000000">
            <w:pPr>
              <w:spacing w:before="40" w:after="40" w:line="240" w:lineRule="auto"/>
              <w:rPr>
                <w:sz w:val="28"/>
                <w:szCs w:val="28"/>
              </w:rPr>
            </w:pPr>
            <w:r w:rsidRPr="00426376">
              <w:rPr>
                <w:sz w:val="28"/>
                <w:szCs w:val="28"/>
              </w:rPr>
              <w:t>☐ Laid Off Pending Recall</w:t>
            </w:r>
          </w:p>
        </w:tc>
        <w:tc>
          <w:tcPr>
            <w:tcW w:w="3600" w:type="dxa"/>
            <w:tcBorders>
              <w:top w:val="single" w:sz="8" w:space="0" w:color="7A8A99"/>
              <w:left w:val="single" w:sz="8" w:space="0" w:color="7A8A99"/>
              <w:bottom w:val="single" w:sz="8" w:space="0" w:color="7A8A99"/>
              <w:right w:val="single" w:sz="8" w:space="0" w:color="7A8A99"/>
            </w:tcBorders>
            <w:vAlign w:val="center"/>
          </w:tcPr>
          <w:p w14:paraId="214F1FEB" w14:textId="4A9C87A4" w:rsidR="00CA293F" w:rsidRPr="00426376" w:rsidRDefault="00000000">
            <w:pPr>
              <w:spacing w:before="40" w:after="40" w:line="240" w:lineRule="auto"/>
              <w:rPr>
                <w:sz w:val="28"/>
                <w:szCs w:val="28"/>
              </w:rPr>
            </w:pPr>
            <w:r w:rsidRPr="00426376">
              <w:rPr>
                <w:sz w:val="28"/>
                <w:szCs w:val="28"/>
              </w:rPr>
              <w:t>☐ Other: _____________________</w:t>
            </w:r>
          </w:p>
        </w:tc>
      </w:tr>
    </w:tbl>
    <w:p w14:paraId="48F0B16B" w14:textId="77777777" w:rsidR="0081717A" w:rsidRDefault="0081717A">
      <w:pPr>
        <w:spacing w:before="120" w:after="60" w:line="240" w:lineRule="auto"/>
        <w:rPr>
          <w:b/>
          <w:color w:val="1F4E78"/>
          <w:sz w:val="28"/>
          <w:szCs w:val="28"/>
        </w:rPr>
      </w:pPr>
    </w:p>
    <w:p w14:paraId="4F3EB6DC" w14:textId="39A34DE9" w:rsidR="00CA293F" w:rsidRPr="00426376" w:rsidRDefault="00000000">
      <w:pPr>
        <w:spacing w:before="120" w:after="60" w:line="240" w:lineRule="auto"/>
        <w:rPr>
          <w:sz w:val="28"/>
          <w:szCs w:val="28"/>
        </w:rPr>
      </w:pPr>
      <w:r w:rsidRPr="00426376">
        <w:rPr>
          <w:b/>
          <w:color w:val="1F4E78"/>
          <w:sz w:val="28"/>
          <w:szCs w:val="28"/>
        </w:rPr>
        <w:t>Additional Information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12"/>
      </w:tblGrid>
      <w:tr w:rsidR="00CA293F" w:rsidRPr="00426376" w14:paraId="1613E1A7" w14:textId="77777777">
        <w:trPr>
          <w:jc w:val="center"/>
        </w:trPr>
        <w:tc>
          <w:tcPr>
            <w:tcW w:w="10512" w:type="dxa"/>
            <w:tcBorders>
              <w:top w:val="single" w:sz="8" w:space="0" w:color="7A8A99"/>
              <w:left w:val="single" w:sz="8" w:space="0" w:color="7A8A99"/>
              <w:bottom w:val="single" w:sz="8" w:space="0" w:color="7A8A99"/>
              <w:right w:val="single" w:sz="8" w:space="0" w:color="7A8A99"/>
            </w:tcBorders>
            <w:vAlign w:val="center"/>
          </w:tcPr>
          <w:p w14:paraId="33F9ED5D" w14:textId="5D294949" w:rsidR="00CA293F" w:rsidRPr="00426376" w:rsidRDefault="00000000">
            <w:pPr>
              <w:spacing w:before="60" w:after="60" w:line="240" w:lineRule="auto"/>
              <w:rPr>
                <w:sz w:val="28"/>
                <w:szCs w:val="28"/>
              </w:rPr>
            </w:pPr>
            <w:r w:rsidRPr="00426376">
              <w:rPr>
                <w:sz w:val="28"/>
                <w:szCs w:val="28"/>
              </w:rPr>
              <w:t>Tools / equipment returned: ________________________________________________</w:t>
            </w:r>
            <w:r w:rsidR="00426376">
              <w:rPr>
                <w:sz w:val="28"/>
                <w:szCs w:val="28"/>
              </w:rPr>
              <w:t>__________________</w:t>
            </w:r>
          </w:p>
        </w:tc>
      </w:tr>
      <w:tr w:rsidR="00CA293F" w:rsidRPr="00426376" w14:paraId="758E3BEB" w14:textId="77777777">
        <w:trPr>
          <w:jc w:val="center"/>
        </w:trPr>
        <w:tc>
          <w:tcPr>
            <w:tcW w:w="10512" w:type="dxa"/>
            <w:tcBorders>
              <w:top w:val="single" w:sz="8" w:space="0" w:color="7A8A99"/>
              <w:left w:val="single" w:sz="8" w:space="0" w:color="7A8A99"/>
              <w:bottom w:val="single" w:sz="8" w:space="0" w:color="7A8A99"/>
              <w:right w:val="single" w:sz="8" w:space="0" w:color="7A8A99"/>
            </w:tcBorders>
            <w:vAlign w:val="center"/>
          </w:tcPr>
          <w:p w14:paraId="13C4877B" w14:textId="7B60F4D4" w:rsidR="00CA293F" w:rsidRPr="00426376" w:rsidRDefault="00426376">
            <w:pPr>
              <w:spacing w:before="60" w:after="6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Final pay and PTO date to be paid</w:t>
            </w:r>
            <w:r w:rsidRPr="00426376">
              <w:rPr>
                <w:sz w:val="28"/>
                <w:szCs w:val="28"/>
              </w:rPr>
              <w:t>: ______________________________________</w:t>
            </w:r>
            <w:r>
              <w:rPr>
                <w:sz w:val="28"/>
                <w:szCs w:val="28"/>
              </w:rPr>
              <w:t>____________________________</w:t>
            </w:r>
          </w:p>
        </w:tc>
      </w:tr>
      <w:tr w:rsidR="00CA293F" w:rsidRPr="00426376" w14:paraId="7493C399" w14:textId="77777777">
        <w:trPr>
          <w:jc w:val="center"/>
        </w:trPr>
        <w:tc>
          <w:tcPr>
            <w:tcW w:w="10512" w:type="dxa"/>
            <w:tcBorders>
              <w:top w:val="single" w:sz="8" w:space="0" w:color="7A8A99"/>
              <w:left w:val="single" w:sz="8" w:space="0" w:color="7A8A99"/>
              <w:bottom w:val="single" w:sz="8" w:space="0" w:color="7A8A99"/>
              <w:right w:val="single" w:sz="8" w:space="0" w:color="7A8A99"/>
            </w:tcBorders>
            <w:vAlign w:val="center"/>
          </w:tcPr>
          <w:p w14:paraId="6C9D9616" w14:textId="45BF2B16" w:rsidR="00CA293F" w:rsidRPr="00426376" w:rsidRDefault="00000000">
            <w:pPr>
              <w:spacing w:before="60" w:after="60" w:line="240" w:lineRule="auto"/>
              <w:rPr>
                <w:sz w:val="28"/>
                <w:szCs w:val="28"/>
              </w:rPr>
            </w:pPr>
            <w:r w:rsidRPr="00426376">
              <w:rPr>
                <w:sz w:val="28"/>
                <w:szCs w:val="28"/>
              </w:rPr>
              <w:t>Comments: _________________________________________________________________</w:t>
            </w:r>
            <w:r w:rsidR="00426376">
              <w:rPr>
                <w:sz w:val="28"/>
                <w:szCs w:val="28"/>
              </w:rPr>
              <w:t>_</w:t>
            </w:r>
            <w:r w:rsidRPr="00426376">
              <w:rPr>
                <w:sz w:val="28"/>
                <w:szCs w:val="28"/>
              </w:rPr>
              <w:br/>
              <w:t>__________________________________________________________________________</w:t>
            </w:r>
            <w:r w:rsidR="00426376">
              <w:rPr>
                <w:sz w:val="28"/>
                <w:szCs w:val="28"/>
              </w:rPr>
              <w:t>____________________________________________________________________________________________________________________________</w:t>
            </w:r>
          </w:p>
        </w:tc>
      </w:tr>
    </w:tbl>
    <w:p w14:paraId="5D7DAEAF" w14:textId="77777777" w:rsidR="0081717A" w:rsidRDefault="0081717A">
      <w:pPr>
        <w:spacing w:before="140" w:after="60" w:line="240" w:lineRule="auto"/>
        <w:rPr>
          <w:b/>
          <w:color w:val="1F4E78"/>
          <w:sz w:val="28"/>
          <w:szCs w:val="28"/>
        </w:rPr>
      </w:pPr>
    </w:p>
    <w:p w14:paraId="63C3BD4A" w14:textId="4E42387B" w:rsidR="00CA293F" w:rsidRPr="00426376" w:rsidRDefault="00000000">
      <w:pPr>
        <w:spacing w:before="140" w:after="60" w:line="240" w:lineRule="auto"/>
        <w:rPr>
          <w:sz w:val="28"/>
          <w:szCs w:val="28"/>
        </w:rPr>
      </w:pPr>
      <w:r w:rsidRPr="00426376">
        <w:rPr>
          <w:b/>
          <w:color w:val="1F4E78"/>
          <w:sz w:val="28"/>
          <w:szCs w:val="28"/>
        </w:rPr>
        <w:t>Signatures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00"/>
        <w:gridCol w:w="5400"/>
      </w:tblGrid>
      <w:tr w:rsidR="00CA293F" w:rsidRPr="00426376" w14:paraId="7CDF3123" w14:textId="77777777">
        <w:trPr>
          <w:jc w:val="center"/>
        </w:trPr>
        <w:tc>
          <w:tcPr>
            <w:tcW w:w="5400" w:type="dxa"/>
            <w:tcBorders>
              <w:top w:val="single" w:sz="8" w:space="0" w:color="7A8A99"/>
              <w:left w:val="single" w:sz="8" w:space="0" w:color="7A8A99"/>
              <w:bottom w:val="single" w:sz="8" w:space="0" w:color="7A8A99"/>
              <w:right w:val="single" w:sz="8" w:space="0" w:color="7A8A99"/>
            </w:tcBorders>
            <w:vAlign w:val="center"/>
          </w:tcPr>
          <w:p w14:paraId="3D81B2EE" w14:textId="77777777" w:rsidR="00426376" w:rsidRDefault="00000000">
            <w:pPr>
              <w:spacing w:after="0" w:line="240" w:lineRule="auto"/>
              <w:rPr>
                <w:b/>
                <w:color w:val="2D3E50"/>
                <w:sz w:val="28"/>
                <w:szCs w:val="28"/>
              </w:rPr>
            </w:pPr>
            <w:r w:rsidRPr="00426376">
              <w:rPr>
                <w:b/>
                <w:color w:val="2D3E50"/>
                <w:sz w:val="28"/>
                <w:szCs w:val="28"/>
              </w:rPr>
              <w:t xml:space="preserve">Employer Representative: </w:t>
            </w:r>
          </w:p>
          <w:p w14:paraId="0A919A80" w14:textId="77777777" w:rsidR="00426376" w:rsidRDefault="00426376">
            <w:pPr>
              <w:spacing w:after="0" w:line="240" w:lineRule="auto"/>
              <w:rPr>
                <w:b/>
                <w:color w:val="2D3E50"/>
                <w:sz w:val="28"/>
                <w:szCs w:val="28"/>
              </w:rPr>
            </w:pPr>
          </w:p>
          <w:p w14:paraId="6741B1B2" w14:textId="79B16E79" w:rsidR="00CA293F" w:rsidRPr="00426376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426376">
              <w:rPr>
                <w:b/>
                <w:color w:val="2D3E50"/>
                <w:sz w:val="28"/>
                <w:szCs w:val="28"/>
              </w:rPr>
              <w:t>______________________</w:t>
            </w:r>
            <w:r w:rsidR="00426376">
              <w:rPr>
                <w:b/>
                <w:color w:val="2D3E50"/>
                <w:sz w:val="28"/>
                <w:szCs w:val="28"/>
              </w:rPr>
              <w:t>__________</w:t>
            </w:r>
          </w:p>
        </w:tc>
        <w:tc>
          <w:tcPr>
            <w:tcW w:w="5400" w:type="dxa"/>
            <w:tcBorders>
              <w:top w:val="single" w:sz="8" w:space="0" w:color="7A8A99"/>
              <w:left w:val="single" w:sz="8" w:space="0" w:color="7A8A99"/>
              <w:bottom w:val="single" w:sz="8" w:space="0" w:color="7A8A99"/>
              <w:right w:val="single" w:sz="8" w:space="0" w:color="7A8A99"/>
            </w:tcBorders>
            <w:vAlign w:val="center"/>
          </w:tcPr>
          <w:p w14:paraId="5E4AF67E" w14:textId="77777777" w:rsidR="00CA293F" w:rsidRPr="00426376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426376">
              <w:rPr>
                <w:b/>
                <w:color w:val="2D3E50"/>
                <w:sz w:val="28"/>
                <w:szCs w:val="28"/>
              </w:rPr>
              <w:t>Date: ______________________</w:t>
            </w:r>
          </w:p>
        </w:tc>
      </w:tr>
      <w:tr w:rsidR="00CA293F" w:rsidRPr="00426376" w14:paraId="168CC357" w14:textId="77777777">
        <w:trPr>
          <w:jc w:val="center"/>
        </w:trPr>
        <w:tc>
          <w:tcPr>
            <w:tcW w:w="5400" w:type="dxa"/>
            <w:tcBorders>
              <w:top w:val="single" w:sz="8" w:space="0" w:color="7A8A99"/>
              <w:left w:val="single" w:sz="8" w:space="0" w:color="7A8A99"/>
              <w:bottom w:val="single" w:sz="8" w:space="0" w:color="7A8A99"/>
              <w:right w:val="single" w:sz="8" w:space="0" w:color="7A8A99"/>
            </w:tcBorders>
            <w:vAlign w:val="center"/>
          </w:tcPr>
          <w:p w14:paraId="5E531C35" w14:textId="77777777" w:rsidR="00426376" w:rsidRDefault="00000000">
            <w:pPr>
              <w:spacing w:after="0" w:line="240" w:lineRule="auto"/>
              <w:rPr>
                <w:b/>
                <w:color w:val="2D3E50"/>
                <w:sz w:val="28"/>
                <w:szCs w:val="28"/>
              </w:rPr>
            </w:pPr>
            <w:r w:rsidRPr="00426376">
              <w:rPr>
                <w:b/>
                <w:color w:val="2D3E50"/>
                <w:sz w:val="28"/>
                <w:szCs w:val="28"/>
              </w:rPr>
              <w:t xml:space="preserve">Member Signature (if applicable): </w:t>
            </w:r>
          </w:p>
          <w:p w14:paraId="5A649A95" w14:textId="77777777" w:rsidR="00426376" w:rsidRDefault="00426376">
            <w:pPr>
              <w:spacing w:after="0" w:line="240" w:lineRule="auto"/>
              <w:rPr>
                <w:b/>
                <w:color w:val="2D3E50"/>
                <w:sz w:val="28"/>
                <w:szCs w:val="28"/>
              </w:rPr>
            </w:pPr>
          </w:p>
          <w:p w14:paraId="196D051A" w14:textId="6AE69302" w:rsidR="00CA293F" w:rsidRPr="00426376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426376">
              <w:rPr>
                <w:b/>
                <w:color w:val="2D3E50"/>
                <w:sz w:val="28"/>
                <w:szCs w:val="28"/>
              </w:rPr>
              <w:t>________________</w:t>
            </w:r>
            <w:r w:rsidR="00426376">
              <w:rPr>
                <w:b/>
                <w:color w:val="2D3E50"/>
                <w:sz w:val="28"/>
                <w:szCs w:val="28"/>
              </w:rPr>
              <w:t>________________</w:t>
            </w:r>
          </w:p>
        </w:tc>
        <w:tc>
          <w:tcPr>
            <w:tcW w:w="5400" w:type="dxa"/>
            <w:tcBorders>
              <w:top w:val="single" w:sz="8" w:space="0" w:color="7A8A99"/>
              <w:left w:val="single" w:sz="8" w:space="0" w:color="7A8A99"/>
              <w:bottom w:val="single" w:sz="8" w:space="0" w:color="7A8A99"/>
              <w:right w:val="single" w:sz="8" w:space="0" w:color="7A8A99"/>
            </w:tcBorders>
            <w:vAlign w:val="center"/>
          </w:tcPr>
          <w:p w14:paraId="066973D1" w14:textId="77777777" w:rsidR="00CA293F" w:rsidRPr="00426376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426376">
              <w:rPr>
                <w:b/>
                <w:color w:val="2D3E50"/>
                <w:sz w:val="28"/>
                <w:szCs w:val="28"/>
              </w:rPr>
              <w:t>Union Use / Received By: __________</w:t>
            </w:r>
          </w:p>
        </w:tc>
      </w:tr>
    </w:tbl>
    <w:p w14:paraId="312E8CBD" w14:textId="720C8DD8" w:rsidR="00CA293F" w:rsidRPr="00426376" w:rsidRDefault="00CA293F">
      <w:pPr>
        <w:spacing w:before="160" w:after="0" w:line="240" w:lineRule="auto"/>
        <w:jc w:val="center"/>
        <w:rPr>
          <w:sz w:val="28"/>
          <w:szCs w:val="28"/>
        </w:rPr>
      </w:pPr>
    </w:p>
    <w:sectPr w:rsidR="00CA293F" w:rsidRPr="00426376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26993113">
    <w:abstractNumId w:val="8"/>
  </w:num>
  <w:num w:numId="2" w16cid:durableId="109083900">
    <w:abstractNumId w:val="6"/>
  </w:num>
  <w:num w:numId="3" w16cid:durableId="819465212">
    <w:abstractNumId w:val="5"/>
  </w:num>
  <w:num w:numId="4" w16cid:durableId="545532537">
    <w:abstractNumId w:val="4"/>
  </w:num>
  <w:num w:numId="5" w16cid:durableId="209267410">
    <w:abstractNumId w:val="7"/>
  </w:num>
  <w:num w:numId="6" w16cid:durableId="509686325">
    <w:abstractNumId w:val="3"/>
  </w:num>
  <w:num w:numId="7" w16cid:durableId="1225726405">
    <w:abstractNumId w:val="2"/>
  </w:num>
  <w:num w:numId="8" w16cid:durableId="1903173092">
    <w:abstractNumId w:val="1"/>
  </w:num>
  <w:num w:numId="9" w16cid:durableId="1070271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26376"/>
    <w:rsid w:val="0081717A"/>
    <w:rsid w:val="008346D6"/>
    <w:rsid w:val="00AA1D8D"/>
    <w:rsid w:val="00B47730"/>
    <w:rsid w:val="00CA293F"/>
    <w:rsid w:val="00CB0664"/>
    <w:rsid w:val="00E4135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7D34AF"/>
  <w14:defaultImageDpi w14:val="300"/>
  <w15:docId w15:val="{3FAC17FD-C44C-4B09-809E-D82737916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Front Desk</cp:lastModifiedBy>
  <cp:revision>2</cp:revision>
  <dcterms:created xsi:type="dcterms:W3CDTF">2026-06-23T20:10:00Z</dcterms:created>
  <dcterms:modified xsi:type="dcterms:W3CDTF">2026-06-23T20:10:00Z</dcterms:modified>
  <cp:category/>
</cp:coreProperties>
</file>