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76FF7" w14:textId="77777777" w:rsidR="00BF12C2" w:rsidRDefault="00000000" w:rsidP="004F4DFC">
      <w:pPr>
        <w:jc w:val="center"/>
      </w:pPr>
      <w:r>
        <w:rPr>
          <w:noProof/>
        </w:rPr>
        <w:drawing>
          <wp:inline distT="0" distB="0" distL="0" distR="0" wp14:anchorId="678F7B19" wp14:editId="06724946">
            <wp:extent cx="1371600" cy="13073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0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54C16" w14:textId="0BFCF0C3" w:rsidR="004F4DFC" w:rsidRPr="004F4DFC" w:rsidRDefault="00000000" w:rsidP="004F4DFC">
      <w:pPr>
        <w:jc w:val="center"/>
        <w:rPr>
          <w:b/>
        </w:rPr>
      </w:pPr>
      <w:r>
        <w:rPr>
          <w:b/>
        </w:rPr>
        <w:t>UA LOCAL 41</w:t>
      </w:r>
      <w:r>
        <w:rPr>
          <w:b/>
        </w:rPr>
        <w:br/>
        <w:t>Plumbers &amp; Pipefitters</w:t>
      </w:r>
    </w:p>
    <w:p w14:paraId="7A86053D" w14:textId="1093EF8C" w:rsidR="00BF12C2" w:rsidRPr="004F4DFC" w:rsidRDefault="00000000" w:rsidP="004F4DFC">
      <w:pPr>
        <w:jc w:val="center"/>
        <w:rPr>
          <w:sz w:val="28"/>
          <w:szCs w:val="28"/>
        </w:rPr>
      </w:pPr>
      <w:r w:rsidRPr="004F4DFC">
        <w:rPr>
          <w:b/>
          <w:sz w:val="28"/>
          <w:szCs w:val="28"/>
        </w:rPr>
        <w:t>Contractor Manpower Request Form</w:t>
      </w:r>
    </w:p>
    <w:p w14:paraId="0283ED59" w14:textId="77777777" w:rsidR="00BF12C2" w:rsidRDefault="00000000">
      <w:r>
        <w:rPr>
          <w:b/>
        </w:rPr>
        <w:t>Contractor Name</w:t>
      </w:r>
      <w:r>
        <w:rPr>
          <w:b/>
        </w:rPr>
        <w:br/>
      </w:r>
    </w:p>
    <w:p w14:paraId="1A35304C" w14:textId="51B0BE93" w:rsidR="00BF12C2" w:rsidRDefault="00000000">
      <w:r>
        <w:t>______________________________________________</w:t>
      </w:r>
      <w:r w:rsidR="004F4DFC">
        <w:t>_______________________________________________________________________</w:t>
      </w:r>
    </w:p>
    <w:p w14:paraId="058A9999" w14:textId="77777777" w:rsidR="00BF12C2" w:rsidRDefault="00000000">
      <w:r>
        <w:rPr>
          <w:b/>
        </w:rPr>
        <w:t>Requested By</w:t>
      </w:r>
      <w:r>
        <w:rPr>
          <w:b/>
        </w:rPr>
        <w:br/>
      </w:r>
    </w:p>
    <w:p w14:paraId="31333FBA" w14:textId="28279088" w:rsidR="00BF12C2" w:rsidRDefault="00000000">
      <w:r>
        <w:t>______________________________________________</w:t>
      </w:r>
      <w:r w:rsidR="004F4DFC">
        <w:t>_______________________________________________________________________</w:t>
      </w:r>
    </w:p>
    <w:p w14:paraId="16207E71" w14:textId="77777777" w:rsidR="00BF12C2" w:rsidRDefault="00000000">
      <w:r>
        <w:rPr>
          <w:b/>
        </w:rPr>
        <w:t>Email Address</w:t>
      </w:r>
      <w:r>
        <w:rPr>
          <w:b/>
        </w:rPr>
        <w:br/>
      </w:r>
    </w:p>
    <w:p w14:paraId="779F6D8B" w14:textId="45B6FFAF" w:rsidR="00BF12C2" w:rsidRDefault="00000000">
      <w:r>
        <w:t>______________________________________________</w:t>
      </w:r>
      <w:r w:rsidR="004F4DFC">
        <w:t>_______________________________________________________________________</w:t>
      </w:r>
    </w:p>
    <w:p w14:paraId="3A3A6C0D" w14:textId="77777777" w:rsidR="00BF12C2" w:rsidRDefault="00000000">
      <w:r>
        <w:rPr>
          <w:b/>
        </w:rPr>
        <w:t>Phone Number</w:t>
      </w:r>
      <w:r>
        <w:rPr>
          <w:b/>
        </w:rPr>
        <w:br/>
      </w:r>
    </w:p>
    <w:p w14:paraId="6E50009E" w14:textId="1DDD1FC9" w:rsidR="00BF12C2" w:rsidRDefault="00000000">
      <w:r>
        <w:t>______________________________________________</w:t>
      </w:r>
      <w:r w:rsidR="004F4DFC">
        <w:t>_______________________________________________________________________</w:t>
      </w:r>
    </w:p>
    <w:p w14:paraId="0E349BB2" w14:textId="77777777" w:rsidR="00BF12C2" w:rsidRDefault="00BF12C2"/>
    <w:p w14:paraId="1345BD87" w14:textId="77777777" w:rsidR="00BF12C2" w:rsidRDefault="00000000">
      <w:r>
        <w:rPr>
          <w:b/>
        </w:rPr>
        <w:t>Jobsite Location</w:t>
      </w:r>
      <w:r>
        <w:rPr>
          <w:b/>
        </w:rPr>
        <w:br/>
      </w:r>
    </w:p>
    <w:p w14:paraId="7584B0EB" w14:textId="20E79D2C" w:rsidR="00BF12C2" w:rsidRDefault="00000000">
      <w:r>
        <w:t>______________________________________________</w:t>
      </w:r>
      <w:r w:rsidR="004F4DFC">
        <w:t>_______________________________________________________________________</w:t>
      </w:r>
    </w:p>
    <w:p w14:paraId="7E840F25" w14:textId="77777777" w:rsidR="00BF12C2" w:rsidRDefault="00000000">
      <w:r>
        <w:rPr>
          <w:b/>
        </w:rPr>
        <w:t>Start Date</w:t>
      </w:r>
      <w:r>
        <w:rPr>
          <w:b/>
        </w:rPr>
        <w:br/>
      </w:r>
    </w:p>
    <w:p w14:paraId="5A5BB8DF" w14:textId="77777777" w:rsidR="004F4DFC" w:rsidRDefault="004F4DFC" w:rsidP="004F4DFC">
      <w:r>
        <w:t>_____________________________________________________________________________________________________________________</w:t>
      </w:r>
    </w:p>
    <w:p w14:paraId="34D42DE2" w14:textId="77777777" w:rsidR="00BF12C2" w:rsidRDefault="00000000">
      <w:r>
        <w:rPr>
          <w:b/>
        </w:rPr>
        <w:t>Start Time (AM / PM)</w:t>
      </w:r>
      <w:r>
        <w:rPr>
          <w:b/>
        </w:rPr>
        <w:br/>
      </w:r>
    </w:p>
    <w:p w14:paraId="0BD03030" w14:textId="77777777" w:rsidR="004F4DFC" w:rsidRDefault="004F4DFC" w:rsidP="004F4DFC">
      <w:r>
        <w:t>_____________________________________________________________________________________________________________________</w:t>
      </w:r>
    </w:p>
    <w:p w14:paraId="2D24DDD5" w14:textId="77777777" w:rsidR="004F4DFC" w:rsidRDefault="00000000" w:rsidP="004F4DFC">
      <w:r>
        <w:rPr>
          <w:b/>
        </w:rPr>
        <w:lastRenderedPageBreak/>
        <w:t>Anticipated Duration (# of Days)</w:t>
      </w:r>
      <w:r>
        <w:rPr>
          <w:b/>
        </w:rPr>
        <w:br/>
      </w:r>
      <w:r w:rsidR="004F4DFC">
        <w:t>_____________________________________________________________________________________________________________________</w:t>
      </w:r>
    </w:p>
    <w:p w14:paraId="2CDBBD86" w14:textId="165988C2" w:rsidR="00BF12C2" w:rsidRDefault="00000000" w:rsidP="004F4DFC">
      <w:r>
        <w:rPr>
          <w:b/>
        </w:rPr>
        <w:t>Shift (4-10s / 5-8s / Other)</w:t>
      </w:r>
    </w:p>
    <w:p w14:paraId="27309FE1" w14:textId="77777777" w:rsidR="004F4DFC" w:rsidRDefault="004F4DFC" w:rsidP="004F4DFC">
      <w:r>
        <w:t>_____________________________________________________________________________________________________________________</w:t>
      </w:r>
    </w:p>
    <w:p w14:paraId="17856967" w14:textId="77777777" w:rsidR="00BF12C2" w:rsidRDefault="00000000">
      <w:r>
        <w:rPr>
          <w:b/>
        </w:rPr>
        <w:t>Workers Requested (Quantity)</w:t>
      </w:r>
    </w:p>
    <w:p w14:paraId="71D42A0A" w14:textId="03E0251D" w:rsidR="00BF12C2" w:rsidRDefault="00000000">
      <w:r>
        <w:rPr>
          <w:b/>
        </w:rPr>
        <w:t>Plumbers</w:t>
      </w:r>
      <w:r>
        <w:rPr>
          <w:b/>
        </w:rPr>
        <w:br/>
      </w:r>
      <w:r>
        <w:t>______________________________________________</w:t>
      </w:r>
    </w:p>
    <w:p w14:paraId="735DA476" w14:textId="48FC8A93" w:rsidR="00BF12C2" w:rsidRDefault="00000000">
      <w:r>
        <w:rPr>
          <w:b/>
        </w:rPr>
        <w:t>Pipefitters</w:t>
      </w:r>
    </w:p>
    <w:p w14:paraId="6A7B332F" w14:textId="77777777" w:rsidR="00BF12C2" w:rsidRDefault="00000000">
      <w:r>
        <w:t>______________________________________________</w:t>
      </w:r>
    </w:p>
    <w:p w14:paraId="136776B5" w14:textId="1B5CF65B" w:rsidR="00BF12C2" w:rsidRDefault="00000000">
      <w:r>
        <w:rPr>
          <w:b/>
        </w:rPr>
        <w:t>Welders</w:t>
      </w:r>
    </w:p>
    <w:p w14:paraId="0341AF10" w14:textId="77777777" w:rsidR="00BF12C2" w:rsidRDefault="00000000">
      <w:r>
        <w:t>______________________________________________</w:t>
      </w:r>
    </w:p>
    <w:p w14:paraId="09E599DC" w14:textId="5863C970" w:rsidR="00BF12C2" w:rsidRDefault="00000000">
      <w:r>
        <w:rPr>
          <w:b/>
        </w:rPr>
        <w:t>Apprentices</w:t>
      </w:r>
    </w:p>
    <w:p w14:paraId="484C445F" w14:textId="77777777" w:rsidR="00BF12C2" w:rsidRDefault="00000000">
      <w:r>
        <w:t>______________________________________________</w:t>
      </w:r>
    </w:p>
    <w:p w14:paraId="30E7CADE" w14:textId="0733B95D" w:rsidR="00BF12C2" w:rsidRDefault="00000000">
      <w:r>
        <w:rPr>
          <w:b/>
        </w:rPr>
        <w:t>Production Workers</w:t>
      </w:r>
    </w:p>
    <w:p w14:paraId="475E7373" w14:textId="77777777" w:rsidR="00BF12C2" w:rsidRDefault="00000000">
      <w:r>
        <w:t>______________________________________________</w:t>
      </w:r>
    </w:p>
    <w:p w14:paraId="7E4ABF0A" w14:textId="665AD8EF" w:rsidR="00BF12C2" w:rsidRDefault="00000000">
      <w:r>
        <w:rPr>
          <w:b/>
        </w:rPr>
        <w:t>Foreman</w:t>
      </w:r>
      <w:r>
        <w:rPr>
          <w:b/>
        </w:rPr>
        <w:br/>
      </w:r>
      <w:r>
        <w:t>______________________________________________</w:t>
      </w:r>
    </w:p>
    <w:p w14:paraId="148FE2C3" w14:textId="464132D9" w:rsidR="00BF12C2" w:rsidRDefault="00000000">
      <w:r>
        <w:rPr>
          <w:b/>
        </w:rPr>
        <w:t>General Foreman</w:t>
      </w:r>
    </w:p>
    <w:p w14:paraId="6EFB1DB1" w14:textId="77777777" w:rsidR="00BF12C2" w:rsidRDefault="00000000">
      <w:r>
        <w:t>______________________________________________</w:t>
      </w:r>
    </w:p>
    <w:p w14:paraId="13B234F4" w14:textId="6B0964B7" w:rsidR="00BF12C2" w:rsidRDefault="00000000">
      <w:r>
        <w:rPr>
          <w:b/>
        </w:rPr>
        <w:t>Other (Qty)</w:t>
      </w:r>
      <w:r>
        <w:rPr>
          <w:b/>
        </w:rPr>
        <w:br/>
      </w:r>
      <w:r>
        <w:t>______________________________________________</w:t>
      </w:r>
      <w:r>
        <w:rPr>
          <w:b/>
        </w:rPr>
        <w:br/>
      </w:r>
    </w:p>
    <w:p w14:paraId="1F7A9748" w14:textId="77777777" w:rsidR="00BF12C2" w:rsidRDefault="00000000">
      <w:r>
        <w:rPr>
          <w:b/>
        </w:rPr>
        <w:t>Special Requirements / Certifications</w:t>
      </w:r>
      <w:r>
        <w:rPr>
          <w:b/>
        </w:rPr>
        <w:br/>
      </w:r>
    </w:p>
    <w:p w14:paraId="01BD83B4" w14:textId="77777777" w:rsidR="004F4DFC" w:rsidRDefault="004F4DFC" w:rsidP="004F4DFC">
      <w:r>
        <w:t>_____________________________________________________________________________________________________________________</w:t>
      </w:r>
    </w:p>
    <w:p w14:paraId="50789637" w14:textId="77777777" w:rsidR="00BF12C2" w:rsidRDefault="00000000">
      <w:r>
        <w:rPr>
          <w:b/>
        </w:rPr>
        <w:t>Additional Notes</w:t>
      </w:r>
      <w:r>
        <w:rPr>
          <w:b/>
        </w:rPr>
        <w:br/>
      </w:r>
    </w:p>
    <w:p w14:paraId="110AD4B9" w14:textId="53C7F744" w:rsidR="00BF12C2" w:rsidRPr="004F4DFC" w:rsidRDefault="004F4DFC" w:rsidP="004F4DFC">
      <w:pPr>
        <w:jc w:val="center"/>
        <w:rPr>
          <w:i/>
        </w:rPr>
      </w:pPr>
      <w:r>
        <w:t>_____________________________________________________________________________________________________________________</w:t>
      </w:r>
      <w:r w:rsidR="00000000">
        <w:rPr>
          <w:i/>
        </w:rPr>
        <w:br/>
        <w:t>Please submit this completed form to UA Local 41 for processing.</w:t>
      </w:r>
      <w:r w:rsidR="00000000">
        <w:rPr>
          <w:i/>
        </w:rPr>
        <w:br/>
      </w:r>
    </w:p>
    <w:sectPr w:rsidR="00BF12C2" w:rsidRPr="004F4DF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56CA7" w14:textId="77777777" w:rsidR="00F073C2" w:rsidRDefault="00F073C2" w:rsidP="004F4DFC">
      <w:pPr>
        <w:spacing w:after="0" w:line="240" w:lineRule="auto"/>
      </w:pPr>
      <w:r>
        <w:separator/>
      </w:r>
    </w:p>
  </w:endnote>
  <w:endnote w:type="continuationSeparator" w:id="0">
    <w:p w14:paraId="00E6F116" w14:textId="77777777" w:rsidR="00F073C2" w:rsidRDefault="00F073C2" w:rsidP="004F4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BEB70" w14:textId="77777777" w:rsidR="004F4DFC" w:rsidRDefault="004F4DFC" w:rsidP="004F4DFC">
    <w:pPr>
      <w:jc w:val="center"/>
    </w:pPr>
    <w:r>
      <w:t>UA Local 41 | 45 E Silver St, Butte, MT 59701 | www.ualocal41.com</w:t>
    </w:r>
  </w:p>
  <w:p w14:paraId="75150CC6" w14:textId="77777777" w:rsidR="004F4DFC" w:rsidRDefault="004F4D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DCB81" w14:textId="77777777" w:rsidR="00F073C2" w:rsidRDefault="00F073C2" w:rsidP="004F4DFC">
      <w:pPr>
        <w:spacing w:after="0" w:line="240" w:lineRule="auto"/>
      </w:pPr>
      <w:r>
        <w:separator/>
      </w:r>
    </w:p>
  </w:footnote>
  <w:footnote w:type="continuationSeparator" w:id="0">
    <w:p w14:paraId="77DF9957" w14:textId="77777777" w:rsidR="00F073C2" w:rsidRDefault="00F073C2" w:rsidP="004F4D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1100916">
    <w:abstractNumId w:val="8"/>
  </w:num>
  <w:num w:numId="2" w16cid:durableId="1176505348">
    <w:abstractNumId w:val="6"/>
  </w:num>
  <w:num w:numId="3" w16cid:durableId="898595394">
    <w:abstractNumId w:val="5"/>
  </w:num>
  <w:num w:numId="4" w16cid:durableId="597954096">
    <w:abstractNumId w:val="4"/>
  </w:num>
  <w:num w:numId="5" w16cid:durableId="1912545160">
    <w:abstractNumId w:val="7"/>
  </w:num>
  <w:num w:numId="6" w16cid:durableId="1860116724">
    <w:abstractNumId w:val="3"/>
  </w:num>
  <w:num w:numId="7" w16cid:durableId="163517246">
    <w:abstractNumId w:val="2"/>
  </w:num>
  <w:num w:numId="8" w16cid:durableId="620384849">
    <w:abstractNumId w:val="1"/>
  </w:num>
  <w:num w:numId="9" w16cid:durableId="1437142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4DFC"/>
    <w:rsid w:val="006216A9"/>
    <w:rsid w:val="00AA1D8D"/>
    <w:rsid w:val="00B47730"/>
    <w:rsid w:val="00BF12C2"/>
    <w:rsid w:val="00CB0664"/>
    <w:rsid w:val="00F073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601F02"/>
  <w14:defaultImageDpi w14:val="300"/>
  <w15:docId w15:val="{6B96B7C8-1B61-4CC3-8DA5-8D7241B3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Front Desk</cp:lastModifiedBy>
  <cp:revision>2</cp:revision>
  <dcterms:created xsi:type="dcterms:W3CDTF">2026-01-27T20:59:00Z</dcterms:created>
  <dcterms:modified xsi:type="dcterms:W3CDTF">2026-01-27T20:59:00Z</dcterms:modified>
  <cp:category/>
</cp:coreProperties>
</file>